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7437E" w14:textId="77777777" w:rsidR="00F97FDB" w:rsidRDefault="00F97FDB">
      <w:pPr>
        <w:pStyle w:val="Rubrik"/>
        <w:rPr>
          <w:b w:val="0"/>
        </w:rPr>
      </w:pPr>
    </w:p>
    <w:p w14:paraId="00349F33" w14:textId="77777777" w:rsidR="00B823A2" w:rsidRDefault="00B823A2">
      <w:pPr>
        <w:pStyle w:val="Rubrik"/>
        <w:rPr>
          <w:rFonts w:cstheme="majorHAnsi"/>
          <w:b w:val="0"/>
          <w:caps/>
        </w:rPr>
      </w:pPr>
    </w:p>
    <w:p w14:paraId="583BB89F" w14:textId="1A01095E" w:rsidR="008373CF" w:rsidRPr="00F97FDB" w:rsidRDefault="00513715">
      <w:pPr>
        <w:pStyle w:val="Rubrik"/>
        <w:rPr>
          <w:rFonts w:cstheme="majorHAnsi"/>
          <w:caps/>
        </w:rPr>
      </w:pPr>
      <w:r w:rsidRPr="00F97FDB">
        <w:rPr>
          <w:rFonts w:cstheme="majorHAnsi"/>
          <w:b w:val="0"/>
          <w:caps/>
        </w:rPr>
        <w:t>Päivitys LCIF Baby LifeLine</w:t>
      </w:r>
      <w:r w:rsidR="00B823A2">
        <w:rPr>
          <w:rFonts w:cstheme="majorHAnsi"/>
          <w:b w:val="0"/>
          <w:caps/>
        </w:rPr>
        <w:t xml:space="preserve"> 5</w:t>
      </w:r>
      <w:r w:rsidRPr="00F97FDB">
        <w:rPr>
          <w:rFonts w:cstheme="majorHAnsi"/>
          <w:b w:val="0"/>
          <w:caps/>
        </w:rPr>
        <w:t xml:space="preserve"> Finland / 12.10.2026</w:t>
      </w:r>
    </w:p>
    <w:p w14:paraId="06268874" w14:textId="77777777" w:rsidR="008373CF" w:rsidRDefault="00513715">
      <w:pPr>
        <w:pStyle w:val="Rubrik1"/>
      </w:pPr>
      <w:r>
        <w:t xml:space="preserve">1. LCIF Baby </w:t>
      </w:r>
      <w:proofErr w:type="spellStart"/>
      <w:r>
        <w:t>LifeLine</w:t>
      </w:r>
      <w:proofErr w:type="spellEnd"/>
      <w:r>
        <w:t xml:space="preserve"> 5 (BBLL5) Finland -</w:t>
      </w:r>
      <w:proofErr w:type="spellStart"/>
      <w:r>
        <w:t>hankkeen</w:t>
      </w:r>
      <w:proofErr w:type="spellEnd"/>
      <w:r>
        <w:t xml:space="preserve"> </w:t>
      </w:r>
      <w:proofErr w:type="spellStart"/>
      <w:r>
        <w:t>organisaatio</w:t>
      </w:r>
      <w:proofErr w:type="spellEnd"/>
    </w:p>
    <w:tbl>
      <w:tblPr>
        <w:tblStyle w:val="Ljusskuggning-dekorfrg1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8373CF" w14:paraId="60900F50" w14:textId="77777777" w:rsidTr="008373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0F4D71B5" w14:textId="77777777" w:rsidR="008373CF" w:rsidRDefault="00513715">
            <w:proofErr w:type="spellStart"/>
            <w:r>
              <w:t>Tehtävä</w:t>
            </w:r>
            <w:proofErr w:type="spellEnd"/>
          </w:p>
        </w:tc>
        <w:tc>
          <w:tcPr>
            <w:tcW w:w="4968" w:type="dxa"/>
          </w:tcPr>
          <w:p w14:paraId="290FDCA3" w14:textId="77777777" w:rsidR="008373CF" w:rsidRDefault="005137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Vastuuhenkilö</w:t>
            </w:r>
            <w:proofErr w:type="spellEnd"/>
          </w:p>
        </w:tc>
      </w:tr>
      <w:tr w:rsidR="008373CF" w14:paraId="7839BA27" w14:textId="77777777" w:rsidTr="008373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11A84F73" w14:textId="77777777" w:rsidR="008373CF" w:rsidRDefault="00513715">
            <w:proofErr w:type="spellStart"/>
            <w:r>
              <w:t>Maajohtaja</w:t>
            </w:r>
            <w:proofErr w:type="spellEnd"/>
          </w:p>
        </w:tc>
        <w:tc>
          <w:tcPr>
            <w:tcW w:w="4968" w:type="dxa"/>
          </w:tcPr>
          <w:p w14:paraId="00FCAB06" w14:textId="657B1B85" w:rsidR="008373CF" w:rsidRDefault="005137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Vesa Halinen, LC Helsinki/</w:t>
            </w:r>
            <w:proofErr w:type="spellStart"/>
            <w:r>
              <w:t>Katajanokka</w:t>
            </w:r>
            <w:proofErr w:type="spellEnd"/>
            <w:r w:rsidR="008B5B0A">
              <w:t>, vesa.halinen@lions.fi</w:t>
            </w:r>
          </w:p>
        </w:tc>
      </w:tr>
      <w:tr w:rsidR="008373CF" w14:paraId="1DBA0706" w14:textId="77777777" w:rsidTr="008373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59A7541E" w14:textId="77777777" w:rsidR="008373CF" w:rsidRDefault="00513715">
            <w:proofErr w:type="spellStart"/>
            <w:r>
              <w:t>Talouskoordinaattori</w:t>
            </w:r>
            <w:proofErr w:type="spellEnd"/>
          </w:p>
        </w:tc>
        <w:tc>
          <w:tcPr>
            <w:tcW w:w="4968" w:type="dxa"/>
          </w:tcPr>
          <w:p w14:paraId="0352E223" w14:textId="5ACD7B05" w:rsidR="008373CF" w:rsidRDefault="005137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Petri Lappi, LC </w:t>
            </w:r>
            <w:proofErr w:type="spellStart"/>
            <w:r>
              <w:t>Virtasalmi</w:t>
            </w:r>
            <w:proofErr w:type="spellEnd"/>
            <w:r w:rsidR="008B5B0A">
              <w:t>, petri.lappi@lions.fi</w:t>
            </w:r>
          </w:p>
        </w:tc>
      </w:tr>
      <w:tr w:rsidR="008373CF" w14:paraId="3C999ADD" w14:textId="77777777" w:rsidTr="008373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04AC2E67" w14:textId="77777777" w:rsidR="008373CF" w:rsidRDefault="00513715">
            <w:proofErr w:type="spellStart"/>
            <w:r>
              <w:t>Kansainvälinen</w:t>
            </w:r>
            <w:proofErr w:type="spellEnd"/>
            <w:r>
              <w:t xml:space="preserve"> </w:t>
            </w:r>
            <w:proofErr w:type="spellStart"/>
            <w:r>
              <w:t>koordinaattori</w:t>
            </w:r>
            <w:proofErr w:type="spellEnd"/>
          </w:p>
        </w:tc>
        <w:tc>
          <w:tcPr>
            <w:tcW w:w="4968" w:type="dxa"/>
          </w:tcPr>
          <w:p w14:paraId="5C7CD8E4" w14:textId="288DAC93" w:rsidR="008373CF" w:rsidRDefault="005137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Jyri Kurki, LC Helsinki/</w:t>
            </w:r>
            <w:proofErr w:type="spellStart"/>
            <w:r>
              <w:t>Kontula</w:t>
            </w:r>
            <w:proofErr w:type="spellEnd"/>
            <w:r w:rsidR="008B5B0A">
              <w:t>, jyri.kurki@lions.fi</w:t>
            </w:r>
          </w:p>
        </w:tc>
      </w:tr>
    </w:tbl>
    <w:p w14:paraId="6BD6E9AC" w14:textId="77777777" w:rsidR="008373CF" w:rsidRDefault="00513715">
      <w:pPr>
        <w:pStyle w:val="Rubrik1"/>
      </w:pPr>
      <w:r>
        <w:t xml:space="preserve">2. </w:t>
      </w:r>
      <w:proofErr w:type="spellStart"/>
      <w:r>
        <w:t>Lahjoitustavat</w:t>
      </w:r>
      <w:proofErr w:type="spellEnd"/>
    </w:p>
    <w:p w14:paraId="2ECF6013" w14:textId="77777777" w:rsidR="008373CF" w:rsidRDefault="00513715">
      <w:pPr>
        <w:pStyle w:val="Rubrik2"/>
      </w:pPr>
      <w:r>
        <w:t>2.1. Lions-</w:t>
      </w:r>
      <w:proofErr w:type="spellStart"/>
      <w:r>
        <w:t>jäsenten</w:t>
      </w:r>
      <w:proofErr w:type="spellEnd"/>
      <w:r>
        <w:t xml:space="preserve">, </w:t>
      </w:r>
      <w:proofErr w:type="spellStart"/>
      <w:r>
        <w:t>klubien</w:t>
      </w:r>
      <w:proofErr w:type="spellEnd"/>
      <w:r>
        <w:t xml:space="preserve"> ja </w:t>
      </w:r>
      <w:proofErr w:type="spellStart"/>
      <w:r>
        <w:t>piirien</w:t>
      </w:r>
      <w:proofErr w:type="spellEnd"/>
      <w:r>
        <w:t xml:space="preserve"> </w:t>
      </w:r>
      <w:proofErr w:type="spellStart"/>
      <w:r>
        <w:t>lahjoitukset</w:t>
      </w:r>
      <w:proofErr w:type="spellEnd"/>
    </w:p>
    <w:p w14:paraId="64A584A7" w14:textId="77777777" w:rsidR="008373CF" w:rsidRDefault="00513715">
      <w:pPr>
        <w:pStyle w:val="Punktlista"/>
      </w:pPr>
      <w:proofErr w:type="spellStart"/>
      <w:r>
        <w:t>Lahjoitukset</w:t>
      </w:r>
      <w:proofErr w:type="spellEnd"/>
      <w:r>
        <w:t xml:space="preserve"> </w:t>
      </w:r>
      <w:proofErr w:type="spellStart"/>
      <w:r>
        <w:t>kerryttävät</w:t>
      </w:r>
      <w:proofErr w:type="spellEnd"/>
      <w:r>
        <w:t xml:space="preserve"> MJF-</w:t>
      </w:r>
      <w:proofErr w:type="spellStart"/>
      <w:r>
        <w:t>krediittejä</w:t>
      </w:r>
      <w:proofErr w:type="spellEnd"/>
      <w:r>
        <w:t>.</w:t>
      </w:r>
    </w:p>
    <w:p w14:paraId="3CDEED02" w14:textId="77777777" w:rsidR="008373CF" w:rsidRDefault="00513715">
      <w:pPr>
        <w:pStyle w:val="Punktlista"/>
      </w:pPr>
      <w:r>
        <w:t>Lions-</w:t>
      </w:r>
      <w:proofErr w:type="spellStart"/>
      <w:r>
        <w:t>jäsenet</w:t>
      </w:r>
      <w:proofErr w:type="spellEnd"/>
      <w:r>
        <w:t xml:space="preserve">, </w:t>
      </w:r>
      <w:proofErr w:type="spellStart"/>
      <w:r>
        <w:t>klubit</w:t>
      </w:r>
      <w:proofErr w:type="spellEnd"/>
      <w:r>
        <w:t xml:space="preserve"> ja </w:t>
      </w:r>
      <w:proofErr w:type="spellStart"/>
      <w:r>
        <w:t>piirit</w:t>
      </w:r>
      <w:proofErr w:type="spellEnd"/>
      <w:r>
        <w:t xml:space="preserve"> </w:t>
      </w:r>
      <w:proofErr w:type="spellStart"/>
      <w:r>
        <w:t>voivat</w:t>
      </w:r>
      <w:proofErr w:type="spellEnd"/>
      <w:r>
        <w:t xml:space="preserve"> </w:t>
      </w:r>
      <w:proofErr w:type="spellStart"/>
      <w:r>
        <w:t>lahjoittaa</w:t>
      </w:r>
      <w:proofErr w:type="spellEnd"/>
      <w:r>
        <w:t xml:space="preserve"> </w:t>
      </w:r>
      <w:proofErr w:type="spellStart"/>
      <w:r>
        <w:t>yhden</w:t>
      </w:r>
      <w:proofErr w:type="spellEnd"/>
      <w:r>
        <w:t xml:space="preserve"> tai </w:t>
      </w:r>
      <w:proofErr w:type="spellStart"/>
      <w:r>
        <w:t>useamman</w:t>
      </w:r>
      <w:proofErr w:type="spellEnd"/>
      <w:r>
        <w:t xml:space="preserve"> Baby </w:t>
      </w:r>
      <w:proofErr w:type="spellStart"/>
      <w:r>
        <w:t>LifeLine</w:t>
      </w:r>
      <w:proofErr w:type="spellEnd"/>
      <w:r>
        <w:t xml:space="preserve"> -</w:t>
      </w:r>
      <w:proofErr w:type="spellStart"/>
      <w:r>
        <w:t>synnytysrepun</w:t>
      </w:r>
      <w:proofErr w:type="spellEnd"/>
      <w:r>
        <w:t xml:space="preserve"> </w:t>
      </w:r>
      <w:proofErr w:type="spellStart"/>
      <w:r>
        <w:t>arvon</w:t>
      </w:r>
      <w:proofErr w:type="spellEnd"/>
      <w:r>
        <w:t xml:space="preserve"> (1 200 €/</w:t>
      </w:r>
      <w:proofErr w:type="spellStart"/>
      <w:r>
        <w:t>reppu</w:t>
      </w:r>
      <w:proofErr w:type="spellEnd"/>
      <w:r>
        <w:t xml:space="preserve">) tai </w:t>
      </w:r>
      <w:proofErr w:type="spellStart"/>
      <w:r>
        <w:t>osallistua</w:t>
      </w:r>
      <w:proofErr w:type="spellEnd"/>
      <w:r>
        <w:t xml:space="preserve"> </w:t>
      </w:r>
      <w:proofErr w:type="spellStart"/>
      <w:r>
        <w:t>pienemmällä</w:t>
      </w:r>
      <w:proofErr w:type="spellEnd"/>
      <w:r>
        <w:t xml:space="preserve"> </w:t>
      </w:r>
      <w:proofErr w:type="spellStart"/>
      <w:r>
        <w:t>summalla</w:t>
      </w:r>
      <w:proofErr w:type="spellEnd"/>
      <w:r>
        <w:t>.</w:t>
      </w:r>
    </w:p>
    <w:p w14:paraId="4F37469C" w14:textId="5585E1EF" w:rsidR="008373CF" w:rsidRDefault="00513715">
      <w:pPr>
        <w:pStyle w:val="Punktlista"/>
      </w:pPr>
      <w:proofErr w:type="spellStart"/>
      <w:r>
        <w:t>Tavoite</w:t>
      </w:r>
      <w:proofErr w:type="spellEnd"/>
      <w:r>
        <w:t xml:space="preserve">: </w:t>
      </w:r>
      <w:r w:rsidR="00F1207C">
        <w:t xml:space="preserve">YKSI KLUBI – </w:t>
      </w:r>
      <w:r>
        <w:t xml:space="preserve">YKSI REPPU </w:t>
      </w:r>
    </w:p>
    <w:p w14:paraId="169CA332" w14:textId="77777777" w:rsidR="008373CF" w:rsidRDefault="00513715">
      <w:proofErr w:type="spellStart"/>
      <w:r>
        <w:rPr>
          <w:b/>
        </w:rPr>
        <w:t>Suomen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hankkeen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pankkiyhteystiedot</w:t>
      </w:r>
      <w:proofErr w:type="spellEnd"/>
      <w:r>
        <w:rPr>
          <w:b/>
        </w:rPr>
        <w:t>:</w:t>
      </w:r>
    </w:p>
    <w:p w14:paraId="122D6472" w14:textId="77777777" w:rsidR="008373CF" w:rsidRDefault="00513715">
      <w:pPr>
        <w:pStyle w:val="Punktlista"/>
      </w:pPr>
      <w:proofErr w:type="spellStart"/>
      <w:r>
        <w:t>Tilinomistaja</w:t>
      </w:r>
      <w:proofErr w:type="spellEnd"/>
      <w:r>
        <w:t>: Lions-</w:t>
      </w:r>
      <w:proofErr w:type="spellStart"/>
      <w:r>
        <w:t>piiri</w:t>
      </w:r>
      <w:proofErr w:type="spellEnd"/>
      <w:r>
        <w:t xml:space="preserve"> 107K </w:t>
      </w:r>
      <w:proofErr w:type="spellStart"/>
      <w:r>
        <w:t>ry</w:t>
      </w:r>
      <w:proofErr w:type="spellEnd"/>
    </w:p>
    <w:p w14:paraId="7273347D" w14:textId="77777777" w:rsidR="008373CF" w:rsidRDefault="00513715">
      <w:pPr>
        <w:pStyle w:val="Punktlista"/>
      </w:pPr>
      <w:r>
        <w:t>IBAN: FI89 5465 0920 0214 22</w:t>
      </w:r>
    </w:p>
    <w:p w14:paraId="48B19FC3" w14:textId="77777777" w:rsidR="008373CF" w:rsidRDefault="00513715">
      <w:pPr>
        <w:pStyle w:val="Punktlista"/>
      </w:pPr>
      <w:proofErr w:type="spellStart"/>
      <w:r>
        <w:t>Viite</w:t>
      </w:r>
      <w:proofErr w:type="spellEnd"/>
      <w:r>
        <w:t xml:space="preserve"> </w:t>
      </w:r>
      <w:proofErr w:type="spellStart"/>
      <w:r>
        <w:t>klubilahjoituksiin</w:t>
      </w:r>
      <w:proofErr w:type="spellEnd"/>
      <w:r>
        <w:t xml:space="preserve">: </w:t>
      </w:r>
      <w:proofErr w:type="spellStart"/>
      <w:r>
        <w:t>Klubin</w:t>
      </w:r>
      <w:proofErr w:type="spellEnd"/>
      <w:r>
        <w:t xml:space="preserve"> </w:t>
      </w:r>
      <w:proofErr w:type="spellStart"/>
      <w:r>
        <w:t>viitenumero</w:t>
      </w:r>
      <w:proofErr w:type="spellEnd"/>
      <w:r>
        <w:t xml:space="preserve">, </w:t>
      </w:r>
      <w:proofErr w:type="spellStart"/>
      <w:r>
        <w:t>jonka</w:t>
      </w:r>
      <w:proofErr w:type="spellEnd"/>
      <w:r>
        <w:t xml:space="preserve"> </w:t>
      </w:r>
      <w:proofErr w:type="spellStart"/>
      <w:r>
        <w:t>saa</w:t>
      </w:r>
      <w:proofErr w:type="spellEnd"/>
      <w:r>
        <w:t xml:space="preserve"> </w:t>
      </w:r>
      <w:proofErr w:type="spellStart"/>
      <w:r>
        <w:t>piirin</w:t>
      </w:r>
      <w:proofErr w:type="spellEnd"/>
      <w:r>
        <w:t xml:space="preserve"> LCIF-</w:t>
      </w:r>
      <w:proofErr w:type="spellStart"/>
      <w:r>
        <w:t>koordinaattorilta</w:t>
      </w:r>
      <w:proofErr w:type="spellEnd"/>
      <w:r>
        <w:t>, tai</w:t>
      </w:r>
    </w:p>
    <w:p w14:paraId="614ADB86" w14:textId="77777777" w:rsidR="008373CF" w:rsidRDefault="00513715">
      <w:pPr>
        <w:pStyle w:val="Punktlista"/>
      </w:pPr>
      <w:proofErr w:type="spellStart"/>
      <w:r>
        <w:t>Viesti</w:t>
      </w:r>
      <w:proofErr w:type="spellEnd"/>
      <w:r>
        <w:t xml:space="preserve"> Lions-</w:t>
      </w:r>
      <w:proofErr w:type="spellStart"/>
      <w:r>
        <w:t>jäsenten</w:t>
      </w:r>
      <w:proofErr w:type="spellEnd"/>
      <w:r>
        <w:t xml:space="preserve"> </w:t>
      </w:r>
      <w:proofErr w:type="spellStart"/>
      <w:r>
        <w:t>henkilökohtaisiin</w:t>
      </w:r>
      <w:proofErr w:type="spellEnd"/>
      <w:r>
        <w:t xml:space="preserve"> </w:t>
      </w:r>
      <w:proofErr w:type="spellStart"/>
      <w:r>
        <w:t>lahjoituksiin</w:t>
      </w:r>
      <w:proofErr w:type="spellEnd"/>
      <w:r>
        <w:t>: BBLL5+ Lions ID</w:t>
      </w:r>
    </w:p>
    <w:p w14:paraId="0FD47BCC" w14:textId="77777777" w:rsidR="008373CF" w:rsidRDefault="00513715">
      <w:pPr>
        <w:pStyle w:val="Rubrik2"/>
      </w:pPr>
      <w:r>
        <w:t xml:space="preserve">2.2. </w:t>
      </w:r>
      <w:proofErr w:type="spellStart"/>
      <w:r>
        <w:t>Yritysten</w:t>
      </w:r>
      <w:proofErr w:type="spellEnd"/>
      <w:r>
        <w:t xml:space="preserve"> ja </w:t>
      </w:r>
      <w:proofErr w:type="spellStart"/>
      <w:r>
        <w:t>yksityishenkilöiden</w:t>
      </w:r>
      <w:proofErr w:type="spellEnd"/>
      <w:r>
        <w:t xml:space="preserve"> </w:t>
      </w:r>
      <w:proofErr w:type="spellStart"/>
      <w:r>
        <w:t>lahjoitukset</w:t>
      </w:r>
      <w:proofErr w:type="spellEnd"/>
    </w:p>
    <w:p w14:paraId="659E0BF6" w14:textId="77777777" w:rsidR="008373CF" w:rsidRDefault="00513715">
      <w:proofErr w:type="spellStart"/>
      <w:r>
        <w:t>Yritykset</w:t>
      </w:r>
      <w:proofErr w:type="spellEnd"/>
      <w:r>
        <w:t xml:space="preserve"> ja </w:t>
      </w:r>
      <w:proofErr w:type="spellStart"/>
      <w:r>
        <w:t>yksityishenkilöt</w:t>
      </w:r>
      <w:proofErr w:type="spellEnd"/>
      <w:r>
        <w:t xml:space="preserve"> </w:t>
      </w:r>
      <w:proofErr w:type="spellStart"/>
      <w:r>
        <w:t>voivat</w:t>
      </w:r>
      <w:proofErr w:type="spellEnd"/>
      <w:r>
        <w:t xml:space="preserve"> </w:t>
      </w:r>
      <w:proofErr w:type="spellStart"/>
      <w:r>
        <w:t>osallistua</w:t>
      </w:r>
      <w:proofErr w:type="spellEnd"/>
      <w:r>
        <w:t xml:space="preserve"> Baby </w:t>
      </w:r>
      <w:proofErr w:type="spellStart"/>
      <w:r>
        <w:t>LifeLine</w:t>
      </w:r>
      <w:proofErr w:type="spellEnd"/>
      <w:r>
        <w:t xml:space="preserve"> 5 -</w:t>
      </w:r>
      <w:proofErr w:type="spellStart"/>
      <w:r>
        <w:t>hankkeeseen</w:t>
      </w:r>
      <w:proofErr w:type="spellEnd"/>
      <w:r>
        <w:t xml:space="preserve"> </w:t>
      </w:r>
      <w:proofErr w:type="spellStart"/>
      <w:r>
        <w:t>Suomen</w:t>
      </w:r>
      <w:proofErr w:type="spellEnd"/>
      <w:r>
        <w:t xml:space="preserve"> Lions-</w:t>
      </w:r>
      <w:proofErr w:type="spellStart"/>
      <w:r>
        <w:t>liitto</w:t>
      </w:r>
      <w:proofErr w:type="spellEnd"/>
      <w:r>
        <w:t xml:space="preserve"> </w:t>
      </w:r>
      <w:proofErr w:type="spellStart"/>
      <w:proofErr w:type="gramStart"/>
      <w:r>
        <w:t>ry:n</w:t>
      </w:r>
      <w:proofErr w:type="spellEnd"/>
      <w:proofErr w:type="gramEnd"/>
      <w:r>
        <w:t xml:space="preserve"> </w:t>
      </w:r>
      <w:proofErr w:type="spellStart"/>
      <w:r>
        <w:t>rahankeräysluvan</w:t>
      </w:r>
      <w:proofErr w:type="spellEnd"/>
      <w:r>
        <w:t xml:space="preserve"> RA/2023/1490 </w:t>
      </w:r>
      <w:proofErr w:type="spellStart"/>
      <w:r>
        <w:t>kautta</w:t>
      </w:r>
      <w:proofErr w:type="spellEnd"/>
      <w:r>
        <w:t>.</w:t>
      </w:r>
    </w:p>
    <w:p w14:paraId="7B3DC7D0" w14:textId="77777777" w:rsidR="008373CF" w:rsidRDefault="00513715">
      <w:pPr>
        <w:pStyle w:val="Numreradlista"/>
      </w:pPr>
      <w:proofErr w:type="spellStart"/>
      <w:r>
        <w:t>Tilisiirto</w:t>
      </w:r>
      <w:proofErr w:type="spellEnd"/>
      <w:r>
        <w:t xml:space="preserve"> </w:t>
      </w:r>
      <w:proofErr w:type="spellStart"/>
      <w:r>
        <w:t>Suomen</w:t>
      </w:r>
      <w:proofErr w:type="spellEnd"/>
      <w:r>
        <w:t xml:space="preserve"> Lions-</w:t>
      </w:r>
      <w:proofErr w:type="spellStart"/>
      <w:r>
        <w:t>liitto</w:t>
      </w:r>
      <w:proofErr w:type="spellEnd"/>
      <w:r>
        <w:t xml:space="preserve"> </w:t>
      </w:r>
      <w:proofErr w:type="spellStart"/>
      <w:proofErr w:type="gramStart"/>
      <w:r>
        <w:t>ry:n</w:t>
      </w:r>
      <w:proofErr w:type="spellEnd"/>
      <w:proofErr w:type="gramEnd"/>
      <w:r>
        <w:t xml:space="preserve"> </w:t>
      </w:r>
      <w:proofErr w:type="spellStart"/>
      <w:r>
        <w:t>tilille</w:t>
      </w:r>
      <w:proofErr w:type="spellEnd"/>
      <w:r>
        <w:t>: FI62 1555 3000 1296 93.</w:t>
      </w:r>
    </w:p>
    <w:p w14:paraId="0C27628A" w14:textId="77777777" w:rsidR="008373CF" w:rsidRDefault="00513715" w:rsidP="00F97FDB">
      <w:pPr>
        <w:ind w:firstLine="360"/>
      </w:pPr>
      <w:proofErr w:type="spellStart"/>
      <w:r>
        <w:t>Viite</w:t>
      </w:r>
      <w:proofErr w:type="spellEnd"/>
      <w:r>
        <w:t xml:space="preserve">: </w:t>
      </w:r>
      <w:proofErr w:type="spellStart"/>
      <w:r>
        <w:t>Klubin</w:t>
      </w:r>
      <w:proofErr w:type="spellEnd"/>
      <w:r>
        <w:t xml:space="preserve"> </w:t>
      </w:r>
      <w:proofErr w:type="spellStart"/>
      <w:r>
        <w:t>viitenumero</w:t>
      </w:r>
      <w:proofErr w:type="spellEnd"/>
      <w:r>
        <w:t xml:space="preserve">, </w:t>
      </w:r>
      <w:proofErr w:type="spellStart"/>
      <w:r>
        <w:t>jonka</w:t>
      </w:r>
      <w:proofErr w:type="spellEnd"/>
      <w:r>
        <w:t xml:space="preserve"> </w:t>
      </w:r>
      <w:proofErr w:type="spellStart"/>
      <w:r>
        <w:t>saa</w:t>
      </w:r>
      <w:proofErr w:type="spellEnd"/>
      <w:r>
        <w:t xml:space="preserve"> </w:t>
      </w:r>
      <w:proofErr w:type="spellStart"/>
      <w:r>
        <w:t>piirin</w:t>
      </w:r>
      <w:proofErr w:type="spellEnd"/>
      <w:r>
        <w:t xml:space="preserve"> LCIF-</w:t>
      </w:r>
      <w:proofErr w:type="spellStart"/>
      <w:r>
        <w:t>koordinaattorilta</w:t>
      </w:r>
      <w:proofErr w:type="spellEnd"/>
      <w:r>
        <w:t>, tai</w:t>
      </w:r>
    </w:p>
    <w:p w14:paraId="5DFBF1DE" w14:textId="5B0F041D" w:rsidR="008373CF" w:rsidRDefault="00F97FDB">
      <w:pPr>
        <w:pStyle w:val="Numreradlista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E3C59C" wp14:editId="185A3A1F">
            <wp:simplePos x="0" y="0"/>
            <wp:positionH relativeFrom="column">
              <wp:posOffset>4723130</wp:posOffset>
            </wp:positionH>
            <wp:positionV relativeFrom="paragraph">
              <wp:posOffset>4445</wp:posOffset>
            </wp:positionV>
            <wp:extent cx="1041400" cy="1041400"/>
            <wp:effectExtent l="0" t="0" r="635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bll5_qr_orig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t>Suomen</w:t>
      </w:r>
      <w:proofErr w:type="spellEnd"/>
      <w:r>
        <w:t xml:space="preserve"> Lions-</w:t>
      </w:r>
      <w:proofErr w:type="spellStart"/>
      <w:r>
        <w:t>liitto</w:t>
      </w:r>
      <w:proofErr w:type="spellEnd"/>
      <w:r>
        <w:t xml:space="preserve"> </w:t>
      </w:r>
      <w:proofErr w:type="spellStart"/>
      <w:proofErr w:type="gramStart"/>
      <w:r>
        <w:t>ry:n</w:t>
      </w:r>
      <w:proofErr w:type="spellEnd"/>
      <w:proofErr w:type="gramEnd"/>
      <w:r>
        <w:t xml:space="preserve"> </w:t>
      </w:r>
      <w:proofErr w:type="spellStart"/>
      <w:r>
        <w:t>MobilePay</w:t>
      </w:r>
      <w:proofErr w:type="spellEnd"/>
      <w:r>
        <w:t>: #19662 tai QR-</w:t>
      </w:r>
      <w:proofErr w:type="spellStart"/>
      <w:r>
        <w:t>koodi</w:t>
      </w:r>
      <w:proofErr w:type="spellEnd"/>
      <w:r>
        <w:t>.</w:t>
      </w:r>
    </w:p>
    <w:p w14:paraId="257AB228" w14:textId="6560317E" w:rsidR="008373CF" w:rsidRDefault="00513715" w:rsidP="00F97FDB">
      <w:pPr>
        <w:ind w:firstLine="360"/>
      </w:pPr>
      <w:proofErr w:type="spellStart"/>
      <w:r>
        <w:t>V</w:t>
      </w:r>
      <w:r w:rsidR="00B228F6">
        <w:t>iesti</w:t>
      </w:r>
      <w:proofErr w:type="spellEnd"/>
      <w:r>
        <w:t xml:space="preserve">: </w:t>
      </w:r>
      <w:proofErr w:type="spellStart"/>
      <w:r>
        <w:t>Klubin</w:t>
      </w:r>
      <w:proofErr w:type="spellEnd"/>
      <w:r>
        <w:t xml:space="preserve"> </w:t>
      </w:r>
      <w:proofErr w:type="spellStart"/>
      <w:r>
        <w:t>viitenumero</w:t>
      </w:r>
      <w:proofErr w:type="spellEnd"/>
      <w:r>
        <w:t xml:space="preserve">, </w:t>
      </w:r>
      <w:proofErr w:type="spellStart"/>
      <w:r>
        <w:t>jonka</w:t>
      </w:r>
      <w:proofErr w:type="spellEnd"/>
      <w:r>
        <w:t xml:space="preserve"> </w:t>
      </w:r>
      <w:proofErr w:type="spellStart"/>
      <w:r>
        <w:t>saa</w:t>
      </w:r>
      <w:proofErr w:type="spellEnd"/>
      <w:r>
        <w:t xml:space="preserve"> </w:t>
      </w:r>
      <w:proofErr w:type="spellStart"/>
      <w:r>
        <w:t>piirin</w:t>
      </w:r>
      <w:proofErr w:type="spellEnd"/>
      <w:r>
        <w:t xml:space="preserve"> LCIF-</w:t>
      </w:r>
      <w:proofErr w:type="spellStart"/>
      <w:r>
        <w:t>koordinaattorilta</w:t>
      </w:r>
      <w:proofErr w:type="spellEnd"/>
      <w:r>
        <w:t>, tai</w:t>
      </w:r>
    </w:p>
    <w:p w14:paraId="6F118092" w14:textId="72C3C2A4" w:rsidR="008373CF" w:rsidRDefault="008373CF">
      <w:pPr>
        <w:jc w:val="right"/>
      </w:pPr>
    </w:p>
    <w:p w14:paraId="124A5719" w14:textId="77777777" w:rsidR="00F97FDB" w:rsidRDefault="00513715">
      <w:pPr>
        <w:pStyle w:val="Numreradlista"/>
      </w:pPr>
      <w:proofErr w:type="spellStart"/>
      <w:r>
        <w:t>Klubin</w:t>
      </w:r>
      <w:proofErr w:type="spellEnd"/>
      <w:r>
        <w:t xml:space="preserve"> tai </w:t>
      </w:r>
      <w:proofErr w:type="spellStart"/>
      <w:r>
        <w:t>piirin</w:t>
      </w:r>
      <w:proofErr w:type="spellEnd"/>
      <w:r>
        <w:t xml:space="preserve"> </w:t>
      </w:r>
      <w:proofErr w:type="spellStart"/>
      <w:r>
        <w:t>lipaskeräyksellä</w:t>
      </w:r>
      <w:proofErr w:type="spellEnd"/>
      <w:r>
        <w:t xml:space="preserve"> </w:t>
      </w:r>
      <w:proofErr w:type="spellStart"/>
      <w:r>
        <w:t>kerätyt</w:t>
      </w:r>
      <w:proofErr w:type="spellEnd"/>
      <w:r>
        <w:t xml:space="preserve"> </w:t>
      </w:r>
      <w:proofErr w:type="spellStart"/>
      <w:r>
        <w:t>varat</w:t>
      </w:r>
      <w:proofErr w:type="spellEnd"/>
      <w:r>
        <w:t xml:space="preserve"> </w:t>
      </w:r>
      <w:proofErr w:type="spellStart"/>
      <w:r>
        <w:t>tilitetään</w:t>
      </w:r>
      <w:proofErr w:type="spellEnd"/>
      <w:r>
        <w:t xml:space="preserve"> </w:t>
      </w:r>
      <w:proofErr w:type="spellStart"/>
      <w:r>
        <w:t>Suomen</w:t>
      </w:r>
      <w:proofErr w:type="spellEnd"/>
      <w:r>
        <w:t xml:space="preserve"> Lions-</w:t>
      </w:r>
      <w:proofErr w:type="spellStart"/>
      <w:r>
        <w:t>liitto</w:t>
      </w:r>
      <w:proofErr w:type="spellEnd"/>
      <w:r>
        <w:t xml:space="preserve"> </w:t>
      </w:r>
      <w:proofErr w:type="spellStart"/>
      <w:proofErr w:type="gramStart"/>
      <w:r>
        <w:t>ry:n</w:t>
      </w:r>
      <w:proofErr w:type="spellEnd"/>
      <w:proofErr w:type="gramEnd"/>
      <w:r>
        <w:t xml:space="preserve"> </w:t>
      </w:r>
    </w:p>
    <w:p w14:paraId="0D7E4B4A" w14:textId="6A1DBF8C" w:rsidR="008373CF" w:rsidRDefault="00513715" w:rsidP="00F97FDB">
      <w:pPr>
        <w:pStyle w:val="Numreradlista"/>
        <w:numPr>
          <w:ilvl w:val="0"/>
          <w:numId w:val="0"/>
        </w:numPr>
        <w:ind w:left="360"/>
      </w:pPr>
      <w:proofErr w:type="spellStart"/>
      <w:r>
        <w:t>tilille</w:t>
      </w:r>
      <w:proofErr w:type="spellEnd"/>
      <w:r>
        <w:t xml:space="preserve"> FI62 1555 3000 1296 93.</w:t>
      </w:r>
    </w:p>
    <w:p w14:paraId="411B1F3D" w14:textId="77777777" w:rsidR="008373CF" w:rsidRDefault="00513715" w:rsidP="00F97FDB">
      <w:pPr>
        <w:ind w:firstLine="360"/>
      </w:pPr>
      <w:proofErr w:type="spellStart"/>
      <w:r>
        <w:t>Viite</w:t>
      </w:r>
      <w:proofErr w:type="spellEnd"/>
      <w:r>
        <w:t xml:space="preserve">: </w:t>
      </w:r>
      <w:proofErr w:type="spellStart"/>
      <w:r>
        <w:t>Klubin</w:t>
      </w:r>
      <w:proofErr w:type="spellEnd"/>
      <w:r>
        <w:t xml:space="preserve"> </w:t>
      </w:r>
      <w:proofErr w:type="spellStart"/>
      <w:r>
        <w:t>viitenumero</w:t>
      </w:r>
      <w:proofErr w:type="spellEnd"/>
      <w:r>
        <w:t xml:space="preserve">, </w:t>
      </w:r>
      <w:proofErr w:type="spellStart"/>
      <w:r>
        <w:t>jonka</w:t>
      </w:r>
      <w:proofErr w:type="spellEnd"/>
      <w:r>
        <w:t xml:space="preserve"> </w:t>
      </w:r>
      <w:proofErr w:type="spellStart"/>
      <w:r>
        <w:t>saa</w:t>
      </w:r>
      <w:proofErr w:type="spellEnd"/>
      <w:r>
        <w:t xml:space="preserve"> </w:t>
      </w:r>
      <w:proofErr w:type="spellStart"/>
      <w:r>
        <w:t>piirin</w:t>
      </w:r>
      <w:proofErr w:type="spellEnd"/>
      <w:r>
        <w:t xml:space="preserve"> LCIF-</w:t>
      </w:r>
      <w:proofErr w:type="spellStart"/>
      <w:r>
        <w:t>koordinaattorilta</w:t>
      </w:r>
      <w:proofErr w:type="spellEnd"/>
      <w:r>
        <w:t>.</w:t>
      </w:r>
    </w:p>
    <w:p w14:paraId="488A3A55" w14:textId="77777777" w:rsidR="008373CF" w:rsidRDefault="00513715">
      <w:pPr>
        <w:pStyle w:val="Rubrik1"/>
      </w:pPr>
      <w:r>
        <w:t xml:space="preserve">3. </w:t>
      </w:r>
      <w:proofErr w:type="spellStart"/>
      <w:r>
        <w:t>Päivitetty</w:t>
      </w:r>
      <w:proofErr w:type="spellEnd"/>
      <w:r>
        <w:t xml:space="preserve"> </w:t>
      </w:r>
      <w:proofErr w:type="spellStart"/>
      <w:r>
        <w:t>materiaali</w:t>
      </w:r>
      <w:proofErr w:type="spellEnd"/>
      <w:r>
        <w:t xml:space="preserve"> </w:t>
      </w:r>
      <w:proofErr w:type="spellStart"/>
      <w:r>
        <w:t>klubeille</w:t>
      </w:r>
      <w:proofErr w:type="spellEnd"/>
      <w:r>
        <w:t xml:space="preserve"> ja </w:t>
      </w:r>
      <w:proofErr w:type="spellStart"/>
      <w:r>
        <w:t>piireille</w:t>
      </w:r>
      <w:proofErr w:type="spellEnd"/>
      <w:r>
        <w:t xml:space="preserve"> </w:t>
      </w:r>
      <w:proofErr w:type="spellStart"/>
      <w:r>
        <w:t>liitteenä</w:t>
      </w:r>
      <w:proofErr w:type="spellEnd"/>
    </w:p>
    <w:p w14:paraId="79EC9A2E" w14:textId="77777777" w:rsidR="008373CF" w:rsidRDefault="00513715">
      <w:pPr>
        <w:pStyle w:val="Rubrik1"/>
      </w:pPr>
      <w:r>
        <w:t>4. Video BBLL</w:t>
      </w:r>
      <w:proofErr w:type="gramStart"/>
      <w:r>
        <w:t>5:stä</w:t>
      </w:r>
      <w:proofErr w:type="gramEnd"/>
      <w:r>
        <w:t xml:space="preserve"> </w:t>
      </w:r>
      <w:proofErr w:type="spellStart"/>
      <w:r>
        <w:t>valmisteilla</w:t>
      </w:r>
      <w:proofErr w:type="spellEnd"/>
    </w:p>
    <w:p w14:paraId="21049FCA" w14:textId="77777777" w:rsidR="00E91285" w:rsidRDefault="00E91285" w:rsidP="00B823A2"/>
    <w:p w14:paraId="525EE007" w14:textId="3B114804" w:rsidR="00B823A2" w:rsidRPr="00B823A2" w:rsidRDefault="00B823A2" w:rsidP="00B823A2">
      <w:proofErr w:type="spellStart"/>
      <w:r w:rsidRPr="00B823A2">
        <w:t>Lionsterveisin</w:t>
      </w:r>
      <w:proofErr w:type="spellEnd"/>
      <w:r w:rsidRPr="00B823A2">
        <w:t>,</w:t>
      </w:r>
    </w:p>
    <w:p w14:paraId="12FA8203" w14:textId="2B0F7445" w:rsidR="00B823A2" w:rsidRPr="00B823A2" w:rsidRDefault="00B823A2" w:rsidP="00B823A2">
      <w:r w:rsidRPr="00B823A2">
        <w:t>Vesa Halinen</w:t>
      </w:r>
    </w:p>
    <w:p w14:paraId="1096E08C" w14:textId="77777777" w:rsidR="00B823A2" w:rsidRDefault="00B823A2" w:rsidP="00B823A2">
      <w:pPr>
        <w:rPr>
          <w:lang w:val="fi-FI"/>
        </w:rPr>
      </w:pPr>
      <w:r w:rsidRPr="00B823A2">
        <w:rPr>
          <w:lang w:val="fi-FI"/>
        </w:rPr>
        <w:t xml:space="preserve">Lions Club </w:t>
      </w:r>
      <w:r>
        <w:rPr>
          <w:lang w:val="fi-FI"/>
        </w:rPr>
        <w:t>Helsinki/Katajanokka</w:t>
      </w:r>
    </w:p>
    <w:p w14:paraId="71D639B3" w14:textId="21B472BC" w:rsidR="00B823A2" w:rsidRDefault="00E91285" w:rsidP="00B823A2">
      <w:pPr>
        <w:rPr>
          <w:lang w:val="fi-FI"/>
        </w:rPr>
      </w:pPr>
      <w:r>
        <w:rPr>
          <w:lang w:val="fi-FI"/>
        </w:rPr>
        <w:t xml:space="preserve">Maajohtaja </w:t>
      </w:r>
      <w:r w:rsidR="00B823A2">
        <w:rPr>
          <w:lang w:val="fi-FI"/>
        </w:rPr>
        <w:t xml:space="preserve">LCIF </w:t>
      </w:r>
      <w:r w:rsidR="00B823A2" w:rsidRPr="00B823A2">
        <w:rPr>
          <w:lang w:val="fi-FI"/>
        </w:rPr>
        <w:t xml:space="preserve">BBLL5 </w:t>
      </w:r>
      <w:r w:rsidR="00B823A2">
        <w:rPr>
          <w:lang w:val="fi-FI"/>
        </w:rPr>
        <w:t>Finland</w:t>
      </w:r>
    </w:p>
    <w:p w14:paraId="5D4AA83B" w14:textId="77777777" w:rsidR="00E91285" w:rsidRDefault="00B823A2" w:rsidP="00B823A2">
      <w:pPr>
        <w:rPr>
          <w:lang w:val="fi-FI"/>
        </w:rPr>
      </w:pPr>
      <w:r w:rsidRPr="00B823A2">
        <w:rPr>
          <w:lang w:val="fi-FI"/>
        </w:rPr>
        <w:t>LCIF-</w:t>
      </w:r>
      <w:r>
        <w:rPr>
          <w:lang w:val="fi-FI"/>
        </w:rPr>
        <w:t>N koordinaattori</w:t>
      </w:r>
    </w:p>
    <w:p w14:paraId="5CDEC31F" w14:textId="558EAB33" w:rsidR="00B823A2" w:rsidRPr="00B823A2" w:rsidRDefault="00B823A2" w:rsidP="00B823A2">
      <w:r w:rsidRPr="00B823A2">
        <w:rPr>
          <w:lang w:val="pl-PL"/>
        </w:rPr>
        <w:t>+ 358 4</w:t>
      </w:r>
      <w:r>
        <w:rPr>
          <w:lang w:val="pl-PL"/>
        </w:rPr>
        <w:t>4 2369 4</w:t>
      </w:r>
      <w:r w:rsidRPr="00B823A2">
        <w:rPr>
          <w:lang w:val="pl-PL"/>
        </w:rPr>
        <w:t>00</w:t>
      </w:r>
      <w:r>
        <w:rPr>
          <w:lang w:val="pl-PL"/>
        </w:rPr>
        <w:t xml:space="preserve">, </w:t>
      </w:r>
      <w:hyperlink r:id="rId9" w:history="1">
        <w:r w:rsidRPr="0047107A">
          <w:rPr>
            <w:rStyle w:val="Hyperlnk"/>
            <w:lang w:val="pl-PL"/>
          </w:rPr>
          <w:t>vesa.halinen@lions.fi</w:t>
        </w:r>
      </w:hyperlink>
      <w:r>
        <w:rPr>
          <w:lang w:val="pl-PL"/>
        </w:rPr>
        <w:t xml:space="preserve"> </w:t>
      </w:r>
    </w:p>
    <w:sectPr w:rsidR="00B823A2" w:rsidRPr="00B823A2" w:rsidSect="00034616">
      <w:headerReference w:type="default" r:id="rId10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29AFA" w14:textId="77777777" w:rsidR="00513715" w:rsidRDefault="00513715" w:rsidP="00F97FDB">
      <w:pPr>
        <w:spacing w:after="0" w:line="240" w:lineRule="auto"/>
      </w:pPr>
      <w:r>
        <w:separator/>
      </w:r>
    </w:p>
  </w:endnote>
  <w:endnote w:type="continuationSeparator" w:id="0">
    <w:p w14:paraId="6086678B" w14:textId="77777777" w:rsidR="00513715" w:rsidRDefault="00513715" w:rsidP="00F97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33C4A" w14:textId="77777777" w:rsidR="00513715" w:rsidRDefault="00513715" w:rsidP="00F97FDB">
      <w:pPr>
        <w:spacing w:after="0" w:line="240" w:lineRule="auto"/>
      </w:pPr>
      <w:r>
        <w:separator/>
      </w:r>
    </w:p>
  </w:footnote>
  <w:footnote w:type="continuationSeparator" w:id="0">
    <w:p w14:paraId="57F75350" w14:textId="77777777" w:rsidR="00513715" w:rsidRDefault="00513715" w:rsidP="00F97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A1B5B" w14:textId="00E4524F" w:rsidR="00F97FDB" w:rsidRDefault="00E91285" w:rsidP="00F97FDB">
    <w:pPr>
      <w:pStyle w:val="Normalwebb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539655B" wp14:editId="523657FF">
          <wp:simplePos x="0" y="0"/>
          <wp:positionH relativeFrom="margin">
            <wp:align>right</wp:align>
          </wp:positionH>
          <wp:positionV relativeFrom="paragraph">
            <wp:posOffset>-358775</wp:posOffset>
          </wp:positionV>
          <wp:extent cx="1219200" cy="1231265"/>
          <wp:effectExtent l="0" t="0" r="0" b="6985"/>
          <wp:wrapNone/>
          <wp:docPr id="1529288930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97FDB">
      <w:rPr>
        <w:noProof/>
      </w:rPr>
      <w:drawing>
        <wp:anchor distT="0" distB="0" distL="114300" distR="114300" simplePos="0" relativeHeight="251658240" behindDoc="0" locked="0" layoutInCell="1" allowOverlap="1" wp14:anchorId="71684AC5" wp14:editId="013234AD">
          <wp:simplePos x="0" y="0"/>
          <wp:positionH relativeFrom="column">
            <wp:posOffset>-798195</wp:posOffset>
          </wp:positionH>
          <wp:positionV relativeFrom="paragraph">
            <wp:posOffset>-460375</wp:posOffset>
          </wp:positionV>
          <wp:extent cx="2847975" cy="1495187"/>
          <wp:effectExtent l="0" t="0" r="0" b="0"/>
          <wp:wrapNone/>
          <wp:docPr id="3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975" cy="1495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386438" w14:textId="77777777" w:rsidR="00F97FDB" w:rsidRPr="00F97FDB" w:rsidRDefault="00F97FDB" w:rsidP="00F97FD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80CEE6FE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541458">
    <w:abstractNumId w:val="8"/>
  </w:num>
  <w:num w:numId="2" w16cid:durableId="2016766183">
    <w:abstractNumId w:val="6"/>
  </w:num>
  <w:num w:numId="3" w16cid:durableId="2144275475">
    <w:abstractNumId w:val="5"/>
  </w:num>
  <w:num w:numId="4" w16cid:durableId="2087220893">
    <w:abstractNumId w:val="4"/>
  </w:num>
  <w:num w:numId="5" w16cid:durableId="1078601766">
    <w:abstractNumId w:val="7"/>
  </w:num>
  <w:num w:numId="6" w16cid:durableId="1229346794">
    <w:abstractNumId w:val="3"/>
  </w:num>
  <w:num w:numId="7" w16cid:durableId="551115455">
    <w:abstractNumId w:val="2"/>
  </w:num>
  <w:num w:numId="8" w16cid:durableId="124931292">
    <w:abstractNumId w:val="1"/>
  </w:num>
  <w:num w:numId="9" w16cid:durableId="284434572">
    <w:abstractNumId w:val="0"/>
  </w:num>
  <w:num w:numId="10" w16cid:durableId="4648108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4040"/>
    <w:rsid w:val="0029639D"/>
    <w:rsid w:val="002B1C8D"/>
    <w:rsid w:val="00326F90"/>
    <w:rsid w:val="003D28B9"/>
    <w:rsid w:val="00513715"/>
    <w:rsid w:val="00594BB4"/>
    <w:rsid w:val="005E3416"/>
    <w:rsid w:val="008373CF"/>
    <w:rsid w:val="008B5B0A"/>
    <w:rsid w:val="00965332"/>
    <w:rsid w:val="00A804B5"/>
    <w:rsid w:val="00AA1D8D"/>
    <w:rsid w:val="00B228F6"/>
    <w:rsid w:val="00B24862"/>
    <w:rsid w:val="00B47730"/>
    <w:rsid w:val="00B823A2"/>
    <w:rsid w:val="00CB0664"/>
    <w:rsid w:val="00DF7624"/>
    <w:rsid w:val="00E91285"/>
    <w:rsid w:val="00F1207C"/>
    <w:rsid w:val="00F97F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CDFB5D"/>
  <w14:defaultImageDpi w14:val="300"/>
  <w15:docId w15:val="{598B4C46-7192-49BD-B324-7D6F32E09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23B68"/>
      <w:sz w:val="24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23B68"/>
      <w:sz w:val="22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23B68"/>
      <w:spacing w:val="5"/>
      <w:kern w:val="28"/>
      <w:sz w:val="30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b">
    <w:name w:val="Normal (Web)"/>
    <w:basedOn w:val="Normal"/>
    <w:uiPriority w:val="99"/>
    <w:semiHidden/>
    <w:unhideWhenUsed/>
    <w:rsid w:val="00F97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i-FI" w:eastAsia="fi-FI"/>
    </w:rPr>
  </w:style>
  <w:style w:type="character" w:styleId="Hyperlnk">
    <w:name w:val="Hyperlink"/>
    <w:basedOn w:val="Standardstycketeckensnitt"/>
    <w:uiPriority w:val="99"/>
    <w:unhideWhenUsed/>
    <w:rsid w:val="00B823A2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82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esa.halinen@lions.f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1576</Characters>
  <Application>Microsoft Office Word</Application>
  <DocSecurity>0</DocSecurity>
  <Lines>13</Lines>
  <Paragraphs>3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Tor-Erik Backström</cp:lastModifiedBy>
  <cp:revision>2</cp:revision>
  <dcterms:created xsi:type="dcterms:W3CDTF">2026-10-18T09:08:00Z</dcterms:created>
  <dcterms:modified xsi:type="dcterms:W3CDTF">2026-10-18T09:08:00Z</dcterms:modified>
  <cp:category/>
</cp:coreProperties>
</file>